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7098B" w:rsidP="0017098B" w:rsidRDefault="0017098B" w14:paraId="788C4CD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b/>
          <w:color w:val="111111"/>
          <w:sz w:val="26"/>
          <w:szCs w:val="26"/>
          <w:lang w:val="de-CH"/>
        </w:rPr>
      </w:pPr>
    </w:p>
    <w:p w:rsidRPr="004D3EF8" w:rsidR="007F3D97" w:rsidP="004D3EF8" w:rsidRDefault="009626C3" w14:paraId="25246248" w14:textId="15B7C7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b/>
          <w:color w:val="111111"/>
          <w:sz w:val="26"/>
          <w:szCs w:val="26"/>
          <w:lang w:val="de-CH"/>
        </w:rPr>
      </w:pPr>
      <w:r w:rsidRPr="003F462B">
        <w:rPr>
          <w:b/>
          <w:color w:val="111111"/>
          <w:sz w:val="26"/>
          <w:szCs w:val="26"/>
          <w:lang w:val="de-CH"/>
        </w:rPr>
        <w:t>LIZENZVERTRAG</w:t>
      </w:r>
    </w:p>
    <w:p w:rsidRPr="004D3EF8" w:rsidR="007F3D97" w:rsidP="004D3EF8" w:rsidRDefault="004D3EF8" w14:paraId="7FDB20B2" w14:textId="172982B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>
        <w:rPr>
          <w:rFonts w:eastAsia="Arial" w:cs="Arial"/>
          <w:color w:val="000000"/>
          <w:sz w:val="18"/>
          <w:szCs w:val="18"/>
          <w:lang w:val="de-CH"/>
        </w:rPr>
        <w:t>z</w:t>
      </w:r>
      <w:r w:rsidRPr="004D3EF8" w:rsidR="009626C3">
        <w:rPr>
          <w:rFonts w:eastAsia="Arial" w:cs="Arial"/>
          <w:color w:val="000000"/>
          <w:sz w:val="18"/>
          <w:szCs w:val="18"/>
          <w:lang w:val="de-CH"/>
        </w:rPr>
        <w:t>wischen</w:t>
      </w:r>
    </w:p>
    <w:p w:rsidRPr="00E46A6D" w:rsidR="009626C3" w:rsidP="34490A53" w:rsidRDefault="009626C3" w14:paraId="78C064AA" w14:textId="14FFC87F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25" w:line="335" w:lineRule="auto"/>
        <w:rPr>
          <w:rFonts w:eastAsia="Arial" w:cs="Arial"/>
          <w:b w:val="1"/>
          <w:bCs w:val="1"/>
          <w:color w:val="000000"/>
          <w:sz w:val="18"/>
          <w:szCs w:val="18"/>
          <w:lang w:val="de-CH"/>
        </w:rPr>
      </w:pPr>
      <w:r w:rsidRPr="34490A53" w:rsidR="6881B9C2">
        <w:rPr>
          <w:rFonts w:eastAsia="Arial" w:cs="Arial"/>
          <w:b w:val="1"/>
          <w:bCs w:val="1"/>
          <w:color w:val="000000" w:themeColor="text1" w:themeTint="FF" w:themeShade="FF"/>
          <w:sz w:val="18"/>
          <w:szCs w:val="18"/>
          <w:lang w:val="de-CH"/>
        </w:rPr>
        <w:t xml:space="preserve">Raumwerk3 GmbH, Badenerstrasse 18, 8004 Zürich </w:t>
      </w:r>
      <w:r w:rsidRPr="34490A53" w:rsidR="2CAFF414">
        <w:rPr>
          <w:rFonts w:eastAsia="Arial" w:cs="Arial"/>
          <w:color w:val="000000" w:themeColor="text1" w:themeTint="FF" w:themeShade="FF"/>
          <w:sz w:val="18"/>
          <w:szCs w:val="18"/>
          <w:lang w:val="de-CH"/>
        </w:rPr>
        <w:t>als Lizenzgeber/in.</w:t>
      </w:r>
    </w:p>
    <w:p w:rsidRPr="00A55CAF" w:rsidR="007F3D97" w:rsidP="00A55CAF" w:rsidRDefault="00A55CAF" w14:paraId="2E40FD7F" w14:textId="62BBF5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>
        <w:rPr>
          <w:rFonts w:eastAsia="Arial" w:cs="Arial"/>
          <w:color w:val="000000"/>
          <w:sz w:val="18"/>
          <w:szCs w:val="18"/>
          <w:lang w:val="de-CH"/>
        </w:rPr>
        <w:t>u</w:t>
      </w:r>
      <w:r w:rsidRPr="00A55CAF" w:rsidR="009626C3">
        <w:rPr>
          <w:rFonts w:eastAsia="Arial" w:cs="Arial"/>
          <w:color w:val="000000"/>
          <w:sz w:val="18"/>
          <w:szCs w:val="18"/>
          <w:lang w:val="de-CH"/>
        </w:rPr>
        <w:t>nd</w:t>
      </w:r>
    </w:p>
    <w:p w:rsidRPr="00C271F4" w:rsidR="009626C3" w:rsidP="00C271F4" w:rsidRDefault="009626C3" w14:paraId="61ABEE9A" w14:textId="71379C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75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C271F4">
        <w:rPr>
          <w:rFonts w:eastAsia="Arial" w:cs="Arial"/>
          <w:b/>
          <w:bCs/>
          <w:color w:val="000000"/>
          <w:sz w:val="18"/>
          <w:szCs w:val="18"/>
          <w:lang w:val="de-CH"/>
        </w:rPr>
        <w:t>[Name Firma / Kundenname], [Strasse Hausnummer], [</w:t>
      </w:r>
      <w:proofErr w:type="gramStart"/>
      <w:r w:rsidRPr="00C271F4">
        <w:rPr>
          <w:rFonts w:eastAsia="Arial" w:cs="Arial"/>
          <w:b/>
          <w:bCs/>
          <w:color w:val="000000"/>
          <w:sz w:val="18"/>
          <w:szCs w:val="18"/>
          <w:lang w:val="de-CH"/>
        </w:rPr>
        <w:t>PLZ Ort</w:t>
      </w:r>
      <w:proofErr w:type="gramEnd"/>
      <w:r w:rsidRPr="00C271F4">
        <w:rPr>
          <w:rFonts w:eastAsia="Arial" w:cs="Arial"/>
          <w:b/>
          <w:bCs/>
          <w:color w:val="000000"/>
          <w:sz w:val="18"/>
          <w:szCs w:val="18"/>
          <w:lang w:val="de-CH"/>
        </w:rPr>
        <w:t xml:space="preserve">] </w:t>
      </w:r>
      <w:r w:rsidRPr="00C271F4">
        <w:rPr>
          <w:rFonts w:eastAsia="Arial" w:cs="Arial"/>
          <w:color w:val="000000"/>
          <w:sz w:val="18"/>
          <w:szCs w:val="18"/>
          <w:lang w:val="de-CH"/>
        </w:rPr>
        <w:t>als Lizenznehmer/in.</w:t>
      </w:r>
    </w:p>
    <w:p w:rsidRPr="00F110BC" w:rsidR="007F3D97" w:rsidP="00F110BC" w:rsidRDefault="00DF239A" w14:paraId="0714AF01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F110BC">
        <w:rPr>
          <w:rFonts w:eastAsia="Arial" w:cs="Arial"/>
          <w:b/>
          <w:bCs/>
          <w:color w:val="000000"/>
          <w:sz w:val="18"/>
          <w:szCs w:val="18"/>
          <w:lang w:val="de-CH"/>
        </w:rPr>
        <w:t>1. Lizenzgegenstand</w:t>
      </w:r>
    </w:p>
    <w:p w:rsidRPr="00187D09" w:rsidR="007F3D97" w:rsidP="00187D09" w:rsidRDefault="00DF239A" w14:paraId="3F8A614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 xml:space="preserve">Gegenstand dieses Vertrages ist die Einräumung von Nutzungsrechten an folgenden gestalterischen Werken von Raumwerk3: [z. B. Branding-Set, Logo, </w:t>
      </w:r>
      <w:proofErr w:type="spellStart"/>
      <w:r w:rsidRPr="00187D09">
        <w:rPr>
          <w:rFonts w:eastAsia="Arial" w:cs="Arial"/>
          <w:color w:val="000000"/>
          <w:sz w:val="18"/>
          <w:szCs w:val="18"/>
          <w:lang w:val="de-CH"/>
        </w:rPr>
        <w:t>Signaletik</w:t>
      </w:r>
      <w:proofErr w:type="spellEnd"/>
      <w:r w:rsidRPr="00187D09">
        <w:rPr>
          <w:rFonts w:eastAsia="Arial" w:cs="Arial"/>
          <w:color w:val="000000"/>
          <w:sz w:val="18"/>
          <w:szCs w:val="18"/>
          <w:lang w:val="de-CH"/>
        </w:rPr>
        <w:t>-System, 3D-Asset, Fotografie].</w:t>
      </w:r>
    </w:p>
    <w:p w:rsidRPr="00F110BC" w:rsidR="007F3D97" w:rsidP="00F110BC" w:rsidRDefault="00DF239A" w14:paraId="3AC399B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F110BC">
        <w:rPr>
          <w:rFonts w:eastAsia="Arial" w:cs="Arial"/>
          <w:b/>
          <w:bCs/>
          <w:color w:val="000000"/>
          <w:sz w:val="18"/>
          <w:szCs w:val="18"/>
          <w:lang w:val="de-CH"/>
        </w:rPr>
        <w:t>2. Umfang der Lizenz</w:t>
      </w:r>
    </w:p>
    <w:p w:rsidRPr="00187D09" w:rsidR="007F3D97" w:rsidP="00187D09" w:rsidRDefault="00DF239A" w14:paraId="7CEC098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Raumwerk3 gewährt dem Lizenznehmer das [einfache / exklusive], räumlich [unbeschränkte / auf Schweiz beschränkte] und zeitlich [unbeschränkte / auf X Jahre befristete] Recht, das Werk für folgenden Zweck zu nutzen: [z. B. Gebäudebeschilderung, Firmenauftritt, Kampagne]. Eine Weitergabe oder Unterlizenzierung an Dritte ist nicht gestattet.</w:t>
      </w:r>
    </w:p>
    <w:p w:rsidRPr="00F110BC" w:rsidR="007F3D97" w:rsidP="00F110BC" w:rsidRDefault="00DF239A" w14:paraId="0636149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F110BC">
        <w:rPr>
          <w:rFonts w:eastAsia="Arial" w:cs="Arial"/>
          <w:b/>
          <w:bCs/>
          <w:color w:val="000000"/>
          <w:sz w:val="18"/>
          <w:szCs w:val="18"/>
          <w:lang w:val="de-CH"/>
        </w:rPr>
        <w:t>3. Urheberrecht</w:t>
      </w:r>
    </w:p>
    <w:p w:rsidRPr="00187D09" w:rsidR="007F3D97" w:rsidP="00187D09" w:rsidRDefault="00DF239A" w14:paraId="63C01C6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Sämtliche Urheberrechte verbleiben bei Raumwerk3. Das Werk darf ohne vorherige schriftliche Zustimmung nicht verändert oder entstellt werden. Raumwerk3 behält sich das Recht vor, das Werk als Referenz (Portfolio/Website) zu nutzen.</w:t>
      </w:r>
    </w:p>
    <w:p w:rsidRPr="00F110BC" w:rsidR="007F3D97" w:rsidP="00F110BC" w:rsidRDefault="00DF239A" w14:paraId="5C0E5C7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F110BC">
        <w:rPr>
          <w:rFonts w:eastAsia="Arial" w:cs="Arial"/>
          <w:b/>
          <w:bCs/>
          <w:color w:val="000000"/>
          <w:sz w:val="18"/>
          <w:szCs w:val="18"/>
          <w:lang w:val="de-CH"/>
        </w:rPr>
        <w:t>4. Lizenzgebühr</w:t>
      </w:r>
    </w:p>
    <w:p w:rsidRPr="00187D09" w:rsidR="007F3D97" w:rsidP="00187D09" w:rsidRDefault="00DF239A" w14:paraId="2DFDC17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Für die Rechtseinräumung entrichtet der Lizenznehmer eine Lizenzgebühr von CHF [Betrag] (exkl. MWST) als [einmalige Pauschale / jährliche Gebühr]. Die Lizenz wird erst mit vollständiger Bezahlung der Gebühr wirksam.</w:t>
      </w:r>
    </w:p>
    <w:p w:rsidRPr="00F110BC" w:rsidR="007F3D97" w:rsidP="00F110BC" w:rsidRDefault="00DF239A" w14:paraId="7AF36DE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F110BC">
        <w:rPr>
          <w:rFonts w:eastAsia="Arial" w:cs="Arial"/>
          <w:b/>
          <w:bCs/>
          <w:color w:val="000000"/>
          <w:sz w:val="18"/>
          <w:szCs w:val="18"/>
          <w:lang w:val="de-CH"/>
        </w:rPr>
        <w:t>5. Vertragsdauer</w:t>
      </w:r>
    </w:p>
    <w:p w:rsidRPr="00187D09" w:rsidR="007F3D97" w:rsidP="00187D09" w:rsidRDefault="00DF239A" w14:paraId="67CB62C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Dieser Vertrag tritt mit der Unterzeichnung in Kraft. Befristete Lizenzen enden automatisch nach Ablauf der Dauer. Bei Zahlungsverzug oder Vertragsverletzung kann Raumwerk3 die Lizenz fristlos entziehen.</w:t>
      </w:r>
    </w:p>
    <w:p w:rsidRPr="00F110BC" w:rsidR="007F3D97" w:rsidP="00F110BC" w:rsidRDefault="00DF239A" w14:paraId="0099208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F110BC">
        <w:rPr>
          <w:rFonts w:eastAsia="Arial" w:cs="Arial"/>
          <w:b/>
          <w:bCs/>
          <w:color w:val="000000"/>
          <w:sz w:val="18"/>
          <w:szCs w:val="18"/>
          <w:lang w:val="de-CH"/>
        </w:rPr>
        <w:t>6. Übriges Recht &amp; Gerichtsstand</w:t>
      </w:r>
    </w:p>
    <w:p w:rsidR="00A67D1C" w:rsidP="34490A53" w:rsidRDefault="00DF239A" w14:paraId="0D8158F3" w14:textId="7B911D7B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90" w:line="335" w:lineRule="auto"/>
        <w:rPr>
          <w:rFonts w:eastAsia="Arial" w:cs="Arial"/>
          <w:color w:val="000000"/>
          <w:sz w:val="18"/>
          <w:szCs w:val="18"/>
          <w:lang w:val="en-US"/>
        </w:rPr>
      </w:pPr>
      <w:r w:rsidRPr="34490A53" w:rsidR="3B379395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t xml:space="preserve">Änderungen bedürfen der Schriftform. Im Übrigen gelten die Bestimmungen des </w:t>
      </w:r>
      <w:r w:rsidRPr="34490A53" w:rsidR="3B379395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t>Schweizerischen</w:t>
      </w:r>
      <w:r w:rsidRPr="34490A53" w:rsidR="3B379395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t xml:space="preserve"> Obligationenrechtes (OR) und des Urheberrechtsgesetzes (URG). Gerichtsstand ist der Sitz von Raumwerk3 (</w:t>
      </w:r>
      <w:r w:rsidRPr="34490A53" w:rsidR="4C8AA3B1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t>Zürich</w:t>
      </w:r>
      <w:r w:rsidRPr="34490A53" w:rsidR="3B379395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t xml:space="preserve">, </w:t>
      </w:r>
      <w:r w:rsidRPr="34490A53" w:rsidR="4C8AA3B1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t>ZH</w:t>
      </w:r>
      <w:r w:rsidRPr="34490A53" w:rsidR="3B379395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t>).</w:t>
      </w:r>
      <w:r w:rsidRPr="34490A53">
        <w:rPr>
          <w:rFonts w:eastAsia="Arial" w:cs="Arial"/>
          <w:color w:val="000000" w:themeColor="text1" w:themeTint="FF" w:themeShade="FF"/>
          <w:sz w:val="18"/>
          <w:szCs w:val="18"/>
          <w:lang w:val="en-US"/>
        </w:rPr>
        <w:br w:type="page"/>
      </w:r>
    </w:p>
    <w:p w:rsidRPr="00187D09" w:rsidR="007F3D97" w:rsidP="00187D09" w:rsidRDefault="007F3D97" w14:paraId="0924F5CB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</w:p>
    <w:p w:rsidRPr="00187D09" w:rsidR="007F3D97" w:rsidP="00187D09" w:rsidRDefault="00403853" w14:paraId="363E1275" w14:textId="245A2B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Zürich, [Datum]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Pr="003F462B" w:rsidR="007F3D97" w14:paraId="4081A01D" w14:textId="77777777">
        <w:tc>
          <w:tcPr>
            <w:tcW w:w="4824" w:type="dxa"/>
          </w:tcPr>
          <w:p w:rsidRPr="003F462B" w:rsidR="007F3D97" w:rsidRDefault="00DF239A" w14:paraId="0656EFFB" w14:textId="77777777">
            <w:pPr>
              <w:spacing w:after="400"/>
              <w:rPr>
                <w:sz w:val="18"/>
                <w:szCs w:val="18"/>
              </w:rPr>
            </w:pPr>
            <w:r w:rsidRPr="003F462B">
              <w:rPr>
                <w:b/>
                <w:sz w:val="18"/>
                <w:szCs w:val="18"/>
              </w:rPr>
              <w:t>Raumwerk3 (</w:t>
            </w:r>
            <w:proofErr w:type="spellStart"/>
            <w:r w:rsidRPr="003F462B">
              <w:rPr>
                <w:b/>
                <w:sz w:val="18"/>
                <w:szCs w:val="18"/>
              </w:rPr>
              <w:t>Lizenzgeber</w:t>
            </w:r>
            <w:proofErr w:type="spellEnd"/>
            <w:r w:rsidRPr="003F462B">
              <w:rPr>
                <w:b/>
                <w:sz w:val="18"/>
                <w:szCs w:val="18"/>
              </w:rPr>
              <w:t>/in)</w:t>
            </w:r>
          </w:p>
          <w:p w:rsidRPr="003F462B" w:rsidR="007F3D97" w:rsidRDefault="00DF239A" w14:paraId="50412768" w14:textId="77777777">
            <w:pPr>
              <w:spacing w:after="0"/>
              <w:rPr>
                <w:sz w:val="18"/>
                <w:szCs w:val="18"/>
              </w:rPr>
            </w:pPr>
            <w:r w:rsidRPr="003F462B">
              <w:rPr>
                <w:color w:val="666666"/>
                <w:sz w:val="18"/>
                <w:szCs w:val="18"/>
              </w:rPr>
              <w:t>Geschäftsleitung</w:t>
            </w:r>
          </w:p>
        </w:tc>
        <w:tc>
          <w:tcPr>
            <w:tcW w:w="4824" w:type="dxa"/>
          </w:tcPr>
          <w:p w:rsidRPr="003F462B" w:rsidR="007F3D97" w:rsidRDefault="00DF239A" w14:paraId="6E919599" w14:textId="77777777">
            <w:pPr>
              <w:spacing w:after="400"/>
              <w:rPr>
                <w:sz w:val="18"/>
                <w:szCs w:val="18"/>
              </w:rPr>
            </w:pPr>
            <w:r w:rsidRPr="003F462B">
              <w:rPr>
                <w:b/>
                <w:sz w:val="18"/>
                <w:szCs w:val="18"/>
              </w:rPr>
              <w:t>Lizenznehmer/in</w:t>
            </w:r>
          </w:p>
          <w:p w:rsidRPr="003F462B" w:rsidR="007F3D97" w:rsidRDefault="00DF239A" w14:paraId="62250019" w14:textId="77777777">
            <w:pPr>
              <w:spacing w:after="0"/>
              <w:rPr>
                <w:sz w:val="18"/>
                <w:szCs w:val="18"/>
              </w:rPr>
            </w:pPr>
            <w:r w:rsidRPr="003F462B">
              <w:rPr>
                <w:color w:val="666666"/>
                <w:sz w:val="18"/>
                <w:szCs w:val="18"/>
              </w:rPr>
              <w:t>[Unterschrift / Firma]</w:t>
            </w:r>
          </w:p>
        </w:tc>
      </w:tr>
      <w:tr w:rsidRPr="00187D09" w:rsidR="007F3D97" w:rsidTr="009626C3" w14:paraId="2F4FABAD" w14:textId="77777777">
        <w:trPr>
          <w:trHeight w:val="1228"/>
        </w:trPr>
        <w:tc>
          <w:tcPr>
            <w:tcW w:w="4824" w:type="dxa"/>
          </w:tcPr>
          <w:p w:rsidRPr="00187D09" w:rsidR="007F3D97" w:rsidP="00187D09" w:rsidRDefault="007F3D97" w14:paraId="47E85AFE" w14:textId="77777777">
            <w:pPr>
              <w:widowControl w:val="0"/>
              <w:spacing w:after="90" w:line="335" w:lineRule="auto"/>
              <w:rPr>
                <w:rFonts w:eastAsia="Arial" w:cs="Arial"/>
                <w:color w:val="000000"/>
                <w:sz w:val="18"/>
                <w:szCs w:val="18"/>
                <w:lang w:val="de-CH"/>
              </w:rPr>
            </w:pPr>
          </w:p>
        </w:tc>
        <w:tc>
          <w:tcPr>
            <w:tcW w:w="4824" w:type="dxa"/>
          </w:tcPr>
          <w:p w:rsidRPr="00187D09" w:rsidR="007F3D97" w:rsidP="00187D09" w:rsidRDefault="007F3D97" w14:paraId="37F78FAD" w14:textId="77777777">
            <w:pPr>
              <w:widowControl w:val="0"/>
              <w:spacing w:after="90" w:line="335" w:lineRule="auto"/>
              <w:rPr>
                <w:rFonts w:eastAsia="Arial" w:cs="Arial"/>
                <w:color w:val="000000"/>
                <w:sz w:val="18"/>
                <w:szCs w:val="18"/>
                <w:lang w:val="de-CH"/>
              </w:rPr>
            </w:pPr>
          </w:p>
        </w:tc>
      </w:tr>
    </w:tbl>
    <w:p w:rsidR="00F110BC" w:rsidP="00F110BC" w:rsidRDefault="00F110BC" w14:paraId="5D2F7491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</w:p>
    <w:p w:rsidRPr="00F110BC" w:rsidR="007F3D97" w:rsidP="00F110BC" w:rsidRDefault="00DF239A" w14:paraId="1E79DECC" w14:textId="60A60C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F110BC">
        <w:rPr>
          <w:rFonts w:eastAsia="Arial" w:cs="Arial"/>
          <w:b/>
          <w:bCs/>
          <w:color w:val="000000"/>
          <w:sz w:val="18"/>
          <w:szCs w:val="18"/>
          <w:lang w:val="de-CH"/>
        </w:rPr>
        <w:t>Integrierende Bestandteile des Lizenzvertrages sind:</w:t>
      </w:r>
    </w:p>
    <w:p w:rsidRPr="00187D09" w:rsidR="007F3D97" w:rsidP="00187D09" w:rsidRDefault="00DF239A" w14:paraId="4464EE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• Projekt-Offerte / Werkbeschreibung</w:t>
      </w:r>
    </w:p>
    <w:p w:rsidR="007F3D97" w:rsidP="00187D09" w:rsidRDefault="00DF239A" w14:paraId="6F1EC61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• Übergabe-Protokoll der Design-Assets</w:t>
      </w:r>
    </w:p>
    <w:p w:rsidRPr="00187D09" w:rsidR="007D2910" w:rsidP="00187D09" w:rsidRDefault="007D2910" w14:paraId="6C5C33C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</w:p>
    <w:p w:rsidRPr="00187D09" w:rsidR="007F3D97" w:rsidP="00187D09" w:rsidRDefault="00DF239A" w14:paraId="0AA36563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90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187D09">
        <w:rPr>
          <w:rFonts w:eastAsia="Arial" w:cs="Arial"/>
          <w:color w:val="000000"/>
          <w:sz w:val="18"/>
          <w:szCs w:val="18"/>
          <w:lang w:val="de-CH"/>
        </w:rPr>
        <w:t>Der/die Lizenznehmer/in erklärt sich mit dieser Vertragsvereinbarung einverstanden: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Pr="003F462B" w:rsidR="007F3D97" w14:paraId="5B4E22B6" w14:textId="77777777">
        <w:tc>
          <w:tcPr>
            <w:tcW w:w="4824" w:type="dxa"/>
          </w:tcPr>
          <w:p w:rsidRPr="003F462B" w:rsidR="007F3D97" w:rsidRDefault="00DF239A" w14:paraId="39753D70" w14:textId="77777777">
            <w:pPr>
              <w:spacing w:after="40"/>
              <w:rPr>
                <w:sz w:val="18"/>
                <w:szCs w:val="18"/>
              </w:rPr>
            </w:pPr>
            <w:r w:rsidRPr="003F462B">
              <w:rPr>
                <w:b/>
                <w:sz w:val="18"/>
                <w:szCs w:val="18"/>
              </w:rPr>
              <w:t>Ort / Datum</w:t>
            </w:r>
          </w:p>
          <w:p w:rsidRPr="003F462B" w:rsidR="007F3D97" w:rsidRDefault="00DF239A" w14:paraId="61C2CD8C" w14:textId="77777777">
            <w:pPr>
              <w:spacing w:after="0"/>
              <w:rPr>
                <w:sz w:val="18"/>
                <w:szCs w:val="18"/>
              </w:rPr>
            </w:pPr>
            <w:r w:rsidRPr="003F462B">
              <w:rPr>
                <w:sz w:val="18"/>
                <w:szCs w:val="18"/>
              </w:rPr>
              <w:t>[Datum]</w:t>
            </w:r>
          </w:p>
        </w:tc>
        <w:tc>
          <w:tcPr>
            <w:tcW w:w="4824" w:type="dxa"/>
          </w:tcPr>
          <w:p w:rsidRPr="003F462B" w:rsidR="007F3D97" w:rsidRDefault="00DF239A" w14:paraId="0954683A" w14:textId="77777777">
            <w:pPr>
              <w:spacing w:after="40"/>
              <w:rPr>
                <w:sz w:val="18"/>
                <w:szCs w:val="18"/>
              </w:rPr>
            </w:pPr>
            <w:r w:rsidRPr="003F462B">
              <w:rPr>
                <w:b/>
                <w:sz w:val="18"/>
                <w:szCs w:val="18"/>
              </w:rPr>
              <w:t>Unterschrift</w:t>
            </w:r>
          </w:p>
          <w:p w:rsidRPr="003F462B" w:rsidR="007F3D97" w:rsidRDefault="00DF239A" w14:paraId="062F2FEC" w14:textId="77777777">
            <w:pPr>
              <w:spacing w:after="0"/>
              <w:rPr>
                <w:sz w:val="18"/>
                <w:szCs w:val="18"/>
              </w:rPr>
            </w:pPr>
            <w:r w:rsidRPr="003F462B">
              <w:rPr>
                <w:sz w:val="18"/>
                <w:szCs w:val="18"/>
              </w:rPr>
              <w:t>[Vorname Nachname / Firma]</w:t>
            </w:r>
          </w:p>
        </w:tc>
      </w:tr>
      <w:tr w:rsidRPr="003F462B" w:rsidR="007F3D97" w14:paraId="4989DC99" w14:textId="77777777">
        <w:tc>
          <w:tcPr>
            <w:tcW w:w="4824" w:type="dxa"/>
          </w:tcPr>
          <w:p w:rsidRPr="003F462B" w:rsidR="007F3D97" w:rsidRDefault="007F3D97" w14:paraId="5F967FE0" w14:textId="77777777">
            <w:pPr>
              <w:rPr>
                <w:sz w:val="18"/>
                <w:szCs w:val="18"/>
              </w:rPr>
            </w:pPr>
          </w:p>
        </w:tc>
        <w:tc>
          <w:tcPr>
            <w:tcW w:w="4824" w:type="dxa"/>
          </w:tcPr>
          <w:p w:rsidRPr="003F462B" w:rsidR="007F3D97" w:rsidRDefault="007F3D97" w14:paraId="2BB49376" w14:textId="77777777">
            <w:pPr>
              <w:rPr>
                <w:sz w:val="18"/>
                <w:szCs w:val="18"/>
              </w:rPr>
            </w:pPr>
          </w:p>
        </w:tc>
      </w:tr>
    </w:tbl>
    <w:p w:rsidRPr="003F462B" w:rsidR="007F3D97" w:rsidP="009626C3" w:rsidRDefault="00DF239A" w14:paraId="48E0C567" w14:textId="26CD7083">
      <w:pPr>
        <w:spacing w:before="400" w:after="0"/>
        <w:jc w:val="center"/>
        <w:rPr>
          <w:b/>
          <w:color w:val="555555"/>
          <w:sz w:val="18"/>
          <w:szCs w:val="18"/>
          <w:lang w:val="de-CH"/>
        </w:rPr>
      </w:pPr>
      <w:r w:rsidRPr="003F462B">
        <w:rPr>
          <w:b/>
          <w:color w:val="555555"/>
          <w:sz w:val="18"/>
          <w:szCs w:val="18"/>
          <w:lang w:val="de-CH"/>
        </w:rPr>
        <w:t xml:space="preserve">Raumwerk3 </w:t>
      </w:r>
      <w:r w:rsidRPr="003F462B" w:rsidR="009626C3">
        <w:rPr>
          <w:b/>
          <w:color w:val="555555"/>
          <w:sz w:val="18"/>
          <w:szCs w:val="18"/>
          <w:lang w:val="de-CH"/>
        </w:rPr>
        <w:br/>
      </w:r>
      <w:r w:rsidRPr="003F462B">
        <w:rPr>
          <w:b/>
          <w:color w:val="555555"/>
          <w:sz w:val="18"/>
          <w:szCs w:val="18"/>
          <w:lang w:val="de-CH"/>
        </w:rPr>
        <w:t>Ein Gebäude. Eine Sprache.</w:t>
      </w:r>
    </w:p>
    <w:sectPr w:rsidRPr="003F462B" w:rsidR="007F3D97" w:rsidSect="00034616">
      <w:headerReference w:type="default" r:id="rId8"/>
      <w:pgSz w:w="12240" w:h="15840" w:orient="portrait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F239A" w:rsidP="009626C3" w:rsidRDefault="00DF239A" w14:paraId="7A42F3B0" w14:textId="77777777">
      <w:pPr>
        <w:spacing w:after="0" w:line="240" w:lineRule="auto"/>
      </w:pPr>
      <w:r>
        <w:separator/>
      </w:r>
    </w:p>
  </w:endnote>
  <w:endnote w:type="continuationSeparator" w:id="0">
    <w:p w:rsidR="00DF239A" w:rsidP="009626C3" w:rsidRDefault="00DF239A" w14:paraId="076D1A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F239A" w:rsidP="009626C3" w:rsidRDefault="00DF239A" w14:paraId="02754090" w14:textId="77777777">
      <w:pPr>
        <w:spacing w:after="0" w:line="240" w:lineRule="auto"/>
      </w:pPr>
      <w:r>
        <w:separator/>
      </w:r>
    </w:p>
  </w:footnote>
  <w:footnote w:type="continuationSeparator" w:id="0">
    <w:p w:rsidR="00DF239A" w:rsidP="009626C3" w:rsidRDefault="00DF239A" w14:paraId="486A453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626C3" w:rsidRDefault="009626C3" w14:paraId="418BB50D" w14:textId="752AD4B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2E887C" wp14:editId="53AB1C9F">
          <wp:simplePos x="0" y="0"/>
          <wp:positionH relativeFrom="column">
            <wp:posOffset>0</wp:posOffset>
          </wp:positionH>
          <wp:positionV relativeFrom="paragraph">
            <wp:posOffset>-217715</wp:posOffset>
          </wp:positionV>
          <wp:extent cx="1654629" cy="372430"/>
          <wp:effectExtent l="0" t="0" r="0" b="0"/>
          <wp:wrapNone/>
          <wp:docPr id="15767470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747039" name="Picture 1576747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629" cy="37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324430692">
    <w:abstractNumId w:val="8"/>
  </w:num>
  <w:num w:numId="2" w16cid:durableId="1917474955">
    <w:abstractNumId w:val="6"/>
  </w:num>
  <w:num w:numId="3" w16cid:durableId="205214353">
    <w:abstractNumId w:val="5"/>
  </w:num>
  <w:num w:numId="4" w16cid:durableId="1536235106">
    <w:abstractNumId w:val="4"/>
  </w:num>
  <w:num w:numId="5" w16cid:durableId="1755200802">
    <w:abstractNumId w:val="7"/>
  </w:num>
  <w:num w:numId="6" w16cid:durableId="830561044">
    <w:abstractNumId w:val="3"/>
  </w:num>
  <w:num w:numId="7" w16cid:durableId="2130853175">
    <w:abstractNumId w:val="2"/>
  </w:num>
  <w:num w:numId="8" w16cid:durableId="814034384">
    <w:abstractNumId w:val="1"/>
  </w:num>
  <w:num w:numId="9" w16cid:durableId="359941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98B"/>
    <w:rsid w:val="00187D09"/>
    <w:rsid w:val="0029639D"/>
    <w:rsid w:val="002C0789"/>
    <w:rsid w:val="00326F90"/>
    <w:rsid w:val="003F462B"/>
    <w:rsid w:val="00403853"/>
    <w:rsid w:val="004D3EF8"/>
    <w:rsid w:val="007D2910"/>
    <w:rsid w:val="007F3D97"/>
    <w:rsid w:val="009626C3"/>
    <w:rsid w:val="00A55CAF"/>
    <w:rsid w:val="00A67D1C"/>
    <w:rsid w:val="00AA1D8D"/>
    <w:rsid w:val="00B47730"/>
    <w:rsid w:val="00C271F4"/>
    <w:rsid w:val="00CB0664"/>
    <w:rsid w:val="00DF239A"/>
    <w:rsid w:val="00E22755"/>
    <w:rsid w:val="00E46A6D"/>
    <w:rsid w:val="00EA6BC5"/>
    <w:rsid w:val="00F110BC"/>
    <w:rsid w:val="00FC693F"/>
    <w:rsid w:val="196A0997"/>
    <w:rsid w:val="2CAFF414"/>
    <w:rsid w:val="34490A53"/>
    <w:rsid w:val="3B379395"/>
    <w:rsid w:val="4C8AA3B1"/>
    <w:rsid w:val="6881B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68C312"/>
  <w14:defaultImageDpi w14:val="300"/>
  <w15:docId w15:val="{7BD640A8-6FB9-2449-A37C-9E66DECD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Da Ros Sarina</lastModifiedBy>
  <revision>14</revision>
  <dcterms:created xsi:type="dcterms:W3CDTF">2026-09-03T15:12:00.0000000Z</dcterms:created>
  <dcterms:modified xsi:type="dcterms:W3CDTF">2026-09-03T19:53:07.1687759Z</dcterms:modified>
  <category/>
</coreProperties>
</file>