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A8DEF9" w14:textId="59C47B65" w:rsidR="00714E35" w:rsidRPr="00714E35" w:rsidRDefault="00825CA9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111111"/>
          <w:sz w:val="26"/>
          <w:szCs w:val="26"/>
          <w:lang w:val="de-CH"/>
        </w:rPr>
      </w:pPr>
      <w:r>
        <w:rPr>
          <w:b/>
          <w:color w:val="111111"/>
          <w:sz w:val="26"/>
          <w:szCs w:val="26"/>
          <w:lang w:val="de-CH"/>
        </w:rPr>
        <w:t>Impressum</w:t>
      </w:r>
    </w:p>
    <w:p w14:paraId="2C75E885" w14:textId="74A212D0" w:rsidR="00714E35" w:rsidRPr="00825CA9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</w:rPr>
      </w:pPr>
      <w:r w:rsidRPr="00825CA9">
        <w:rPr>
          <w:rFonts w:eastAsia="Arial" w:cs="Arial"/>
          <w:color w:val="000000"/>
          <w:sz w:val="18"/>
          <w:szCs w:val="18"/>
        </w:rPr>
        <w:t>Raumwerk3 GmbH</w:t>
      </w:r>
      <w:r w:rsidRPr="00825CA9">
        <w:rPr>
          <w:rFonts w:eastAsia="Arial" w:cs="Arial"/>
          <w:color w:val="000000"/>
          <w:sz w:val="18"/>
          <w:szCs w:val="18"/>
        </w:rPr>
        <w:br/>
      </w:r>
      <w:proofErr w:type="spellStart"/>
      <w:r w:rsidRPr="00825CA9">
        <w:rPr>
          <w:rFonts w:eastAsia="Arial" w:cs="Arial"/>
          <w:color w:val="000000"/>
          <w:sz w:val="18"/>
          <w:szCs w:val="18"/>
        </w:rPr>
        <w:t>Badenerstrasse</w:t>
      </w:r>
      <w:proofErr w:type="spellEnd"/>
      <w:r w:rsidRPr="00825CA9">
        <w:rPr>
          <w:rFonts w:eastAsia="Arial" w:cs="Arial"/>
          <w:color w:val="000000"/>
          <w:sz w:val="18"/>
          <w:szCs w:val="18"/>
        </w:rPr>
        <w:t xml:space="preserve"> 18</w:t>
      </w:r>
      <w:r w:rsidRPr="00825CA9">
        <w:rPr>
          <w:rFonts w:eastAsia="Arial" w:cs="Arial"/>
          <w:color w:val="000000"/>
          <w:sz w:val="18"/>
          <w:szCs w:val="18"/>
        </w:rPr>
        <w:br/>
        <w:t>8004 Zürich</w:t>
      </w:r>
      <w:r w:rsidRPr="00825CA9">
        <w:rPr>
          <w:rFonts w:eastAsia="Arial" w:cs="Arial"/>
          <w:color w:val="000000"/>
          <w:sz w:val="18"/>
          <w:szCs w:val="18"/>
        </w:rPr>
        <w:br/>
        <w:t>Schweiz</w:t>
      </w:r>
    </w:p>
    <w:p w14:paraId="48F620DC" w14:textId="42CE499C" w:rsidR="00825CA9" w:rsidRPr="00825CA9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color w:val="000000"/>
          <w:sz w:val="18"/>
          <w:szCs w:val="18"/>
          <w:lang w:val="it-CH"/>
        </w:rPr>
      </w:pPr>
      <w:r w:rsidRPr="00825CA9">
        <w:rPr>
          <w:rFonts w:eastAsia="Arial" w:cs="Arial"/>
          <w:color w:val="000000"/>
          <w:sz w:val="18"/>
          <w:szCs w:val="18"/>
        </w:rPr>
        <w:t xml:space="preserve">E-Mail: </w:t>
      </w:r>
      <w:r w:rsidRPr="00825CA9">
        <w:rPr>
          <w:rFonts w:eastAsia="Arial" w:cs="Arial"/>
          <w:color w:val="000000"/>
          <w:sz w:val="18"/>
          <w:szCs w:val="18"/>
        </w:rPr>
        <w:fldChar w:fldCharType="begin"/>
      </w:r>
      <w:r w:rsidRPr="00825CA9">
        <w:rPr>
          <w:rFonts w:eastAsia="Arial" w:cs="Arial"/>
          <w:color w:val="000000"/>
          <w:sz w:val="18"/>
          <w:szCs w:val="18"/>
        </w:rPr>
        <w:instrText>HYPERLINK "mailto:hello@raumwerk3.ch"</w:instrText>
      </w:r>
      <w:r w:rsidRPr="00825CA9">
        <w:rPr>
          <w:rFonts w:eastAsia="Arial" w:cs="Arial"/>
          <w:color w:val="000000"/>
          <w:sz w:val="18"/>
          <w:szCs w:val="18"/>
        </w:rPr>
      </w:r>
      <w:r w:rsidRPr="00825CA9">
        <w:rPr>
          <w:rFonts w:eastAsia="Arial" w:cs="Arial"/>
          <w:color w:val="000000"/>
          <w:sz w:val="18"/>
          <w:szCs w:val="18"/>
        </w:rPr>
        <w:fldChar w:fldCharType="separate"/>
      </w:r>
      <w:r w:rsidRPr="00825CA9">
        <w:rPr>
          <w:rFonts w:eastAsia="Arial" w:cs="Arial"/>
          <w:color w:val="000000"/>
          <w:sz w:val="18"/>
          <w:szCs w:val="18"/>
        </w:rPr>
        <w:t>hello@raumwerk3.ch</w:t>
      </w:r>
      <w:r w:rsidRPr="00825CA9">
        <w:rPr>
          <w:rFonts w:eastAsia="Arial" w:cs="Arial"/>
          <w:color w:val="000000"/>
          <w:sz w:val="18"/>
          <w:szCs w:val="18"/>
        </w:rPr>
        <w:fldChar w:fldCharType="end"/>
      </w:r>
      <w:r w:rsidR="00825CA9" w:rsidRPr="00825CA9">
        <w:rPr>
          <w:rFonts w:eastAsia="Arial" w:cs="Arial"/>
          <w:color w:val="000000"/>
          <w:sz w:val="18"/>
          <w:szCs w:val="18"/>
        </w:rPr>
        <w:br/>
      </w:r>
      <w:r w:rsidR="00825CA9" w:rsidRPr="00825CA9">
        <w:rPr>
          <w:rFonts w:eastAsia="Arial" w:cs="Arial"/>
          <w:color w:val="000000"/>
          <w:sz w:val="18"/>
          <w:szCs w:val="18"/>
        </w:rPr>
        <w:t>Telefon: +41 44 555 32 10</w:t>
      </w:r>
      <w:r w:rsidR="00825CA9" w:rsidRPr="00825CA9">
        <w:rPr>
          <w:rFonts w:eastAsia="Arial" w:cs="Arial"/>
          <w:color w:val="000000"/>
          <w:sz w:val="18"/>
          <w:szCs w:val="18"/>
        </w:rPr>
        <w:br/>
      </w:r>
      <w:r w:rsidR="00825CA9" w:rsidRPr="00825CA9">
        <w:rPr>
          <w:rFonts w:eastAsia="Arial" w:cs="Arial"/>
          <w:color w:val="000000"/>
          <w:sz w:val="18"/>
          <w:szCs w:val="18"/>
        </w:rPr>
        <w:t>Website: www.raumwerk3.ch</w:t>
      </w:r>
    </w:p>
    <w:p w14:paraId="1C532798" w14:textId="2F8D34E4" w:rsidR="00825CA9" w:rsidRPr="00825CA9" w:rsidRDefault="00714E35" w:rsidP="00825C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</w:rPr>
      </w:pPr>
      <w:r w:rsidRPr="00714E35">
        <w:rPr>
          <w:rFonts w:eastAsia="Arial" w:cs="Arial"/>
          <w:color w:val="000000"/>
          <w:sz w:val="18"/>
          <w:szCs w:val="18"/>
        </w:rPr>
        <w:t>Stand: September 2026</w:t>
      </w:r>
    </w:p>
    <w:p w14:paraId="55958760" w14:textId="02B974F7" w:rsidR="00825CA9" w:rsidRPr="00825CA9" w:rsidRDefault="00825CA9" w:rsidP="00825C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t>Vertretungsberechtigte Personen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>Livio Fretz – Architecture &amp; Interior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>Leo Pfyl – Architecture &amp; Interior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 xml:space="preserve">Sarina Da Ros – Creative </w:t>
      </w:r>
      <w:proofErr w:type="spellStart"/>
      <w:r w:rsidRPr="00825CA9">
        <w:rPr>
          <w:rFonts w:eastAsia="Arial" w:cs="Arial"/>
          <w:color w:val="000000"/>
          <w:sz w:val="18"/>
          <w:szCs w:val="18"/>
          <w:lang w:val="de-CH"/>
        </w:rPr>
        <w:t>Direction</w:t>
      </w:r>
      <w:proofErr w:type="spellEnd"/>
      <w:r w:rsidRPr="00825CA9">
        <w:rPr>
          <w:rFonts w:eastAsia="Arial" w:cs="Arial"/>
          <w:color w:val="000000"/>
          <w:sz w:val="18"/>
          <w:szCs w:val="18"/>
          <w:lang w:val="de-CH"/>
        </w:rPr>
        <w:t xml:space="preserve"> &amp; Branding</w:t>
      </w:r>
    </w:p>
    <w:p w14:paraId="7C9A5631" w14:textId="522C3349" w:rsidR="00825CA9" w:rsidRPr="00825CA9" w:rsidRDefault="00825CA9" w:rsidP="00825C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t>Unternehmensform</w:t>
      </w: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>Raumwerk3 GmbH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>Sitz: Zürich, Schweiz</w:t>
      </w:r>
    </w:p>
    <w:p w14:paraId="641319CD" w14:textId="31A53F19" w:rsidR="00825CA9" w:rsidRPr="00825CA9" w:rsidRDefault="00825CA9" w:rsidP="00825C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t>Handelsregister / UID</w:t>
      </w: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>[Falls vorhanden: Handelsregisternummer, UID-Nummer – bei einer fiktiven Übungsfirma kann dies entfallen oder als Platzhalter stehen bleiben]</w:t>
      </w:r>
    </w:p>
    <w:p w14:paraId="48E0C567" w14:textId="61AA02AC" w:rsidR="007F3D97" w:rsidRPr="00825CA9" w:rsidRDefault="00825CA9" w:rsidP="00825C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t>Haftungsausschluss</w:t>
      </w:r>
      <w:r w:rsidRPr="00825CA9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825CA9">
        <w:rPr>
          <w:rFonts w:eastAsia="Arial" w:cs="Arial"/>
          <w:color w:val="000000"/>
          <w:sz w:val="18"/>
          <w:szCs w:val="18"/>
          <w:lang w:val="de-CH"/>
        </w:rPr>
        <w:t xml:space="preserve">Alle Inhalte dieser Website wurden im Rahmen des Moduls "My Start-Up" der </w:t>
      </w:r>
      <w:proofErr w:type="gramStart"/>
      <w:r w:rsidRPr="00825CA9">
        <w:rPr>
          <w:rFonts w:eastAsia="Arial" w:cs="Arial"/>
          <w:color w:val="000000"/>
          <w:sz w:val="18"/>
          <w:szCs w:val="18"/>
          <w:lang w:val="de-CH"/>
        </w:rPr>
        <w:t>FH Graubünden</w:t>
      </w:r>
      <w:proofErr w:type="gramEnd"/>
      <w:r w:rsidRPr="00825CA9">
        <w:rPr>
          <w:rFonts w:eastAsia="Arial" w:cs="Arial"/>
          <w:color w:val="000000"/>
          <w:sz w:val="18"/>
          <w:szCs w:val="18"/>
          <w:lang w:val="de-CH"/>
        </w:rPr>
        <w:t xml:space="preserve"> zu Übungszwecken erstellt. Für die Richtigkeit, Vollständigkeit und Aktualität der Inhalte wird keine Gewähr übernommen.</w:t>
      </w:r>
    </w:p>
    <w:sectPr w:rsidR="007F3D97" w:rsidRPr="00825CA9" w:rsidSect="00034616">
      <w:headerReference w:type="default" r:id="rId8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45F55A" w14:textId="77777777" w:rsidR="00536D05" w:rsidRDefault="00536D05" w:rsidP="009626C3">
      <w:pPr>
        <w:spacing w:after="0" w:line="240" w:lineRule="auto"/>
      </w:pPr>
      <w:r>
        <w:separator/>
      </w:r>
    </w:p>
  </w:endnote>
  <w:endnote w:type="continuationSeparator" w:id="0">
    <w:p w14:paraId="2131AEE6" w14:textId="77777777" w:rsidR="00536D05" w:rsidRDefault="00536D05" w:rsidP="0096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E98220" w14:textId="77777777" w:rsidR="00536D05" w:rsidRDefault="00536D05" w:rsidP="009626C3">
      <w:pPr>
        <w:spacing w:after="0" w:line="240" w:lineRule="auto"/>
      </w:pPr>
      <w:r>
        <w:separator/>
      </w:r>
    </w:p>
  </w:footnote>
  <w:footnote w:type="continuationSeparator" w:id="0">
    <w:p w14:paraId="44CFBB7E" w14:textId="77777777" w:rsidR="00536D05" w:rsidRDefault="00536D05" w:rsidP="00962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8BB50D" w14:textId="752AD4B1" w:rsidR="009626C3" w:rsidRDefault="009626C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2E887C" wp14:editId="53AB1C9F">
          <wp:simplePos x="0" y="0"/>
          <wp:positionH relativeFrom="column">
            <wp:posOffset>0</wp:posOffset>
          </wp:positionH>
          <wp:positionV relativeFrom="paragraph">
            <wp:posOffset>-217715</wp:posOffset>
          </wp:positionV>
          <wp:extent cx="1654629" cy="372430"/>
          <wp:effectExtent l="0" t="0" r="0" b="0"/>
          <wp:wrapNone/>
          <wp:docPr id="15767470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747039" name="Picture 1576747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29" cy="37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4430692">
    <w:abstractNumId w:val="8"/>
  </w:num>
  <w:num w:numId="2" w16cid:durableId="1917474955">
    <w:abstractNumId w:val="6"/>
  </w:num>
  <w:num w:numId="3" w16cid:durableId="205214353">
    <w:abstractNumId w:val="5"/>
  </w:num>
  <w:num w:numId="4" w16cid:durableId="1536235106">
    <w:abstractNumId w:val="4"/>
  </w:num>
  <w:num w:numId="5" w16cid:durableId="1755200802">
    <w:abstractNumId w:val="7"/>
  </w:num>
  <w:num w:numId="6" w16cid:durableId="830561044">
    <w:abstractNumId w:val="3"/>
  </w:num>
  <w:num w:numId="7" w16cid:durableId="2130853175">
    <w:abstractNumId w:val="2"/>
  </w:num>
  <w:num w:numId="8" w16cid:durableId="814034384">
    <w:abstractNumId w:val="1"/>
  </w:num>
  <w:num w:numId="9" w16cid:durableId="359941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4C3"/>
    <w:rsid w:val="000E5569"/>
    <w:rsid w:val="0015074B"/>
    <w:rsid w:val="0017098B"/>
    <w:rsid w:val="00187D09"/>
    <w:rsid w:val="002868EF"/>
    <w:rsid w:val="0029639D"/>
    <w:rsid w:val="002C0789"/>
    <w:rsid w:val="00326F90"/>
    <w:rsid w:val="003F462B"/>
    <w:rsid w:val="00403853"/>
    <w:rsid w:val="004D3EF8"/>
    <w:rsid w:val="00536D05"/>
    <w:rsid w:val="00686A7E"/>
    <w:rsid w:val="00714E35"/>
    <w:rsid w:val="007A7DD1"/>
    <w:rsid w:val="007D2910"/>
    <w:rsid w:val="007F3D97"/>
    <w:rsid w:val="00825CA9"/>
    <w:rsid w:val="009626C3"/>
    <w:rsid w:val="009C51E6"/>
    <w:rsid w:val="00A55CAF"/>
    <w:rsid w:val="00A67D1C"/>
    <w:rsid w:val="00AA1D8D"/>
    <w:rsid w:val="00B47730"/>
    <w:rsid w:val="00B5018B"/>
    <w:rsid w:val="00C271F4"/>
    <w:rsid w:val="00CB0664"/>
    <w:rsid w:val="00DF239A"/>
    <w:rsid w:val="00E22755"/>
    <w:rsid w:val="00E46A6D"/>
    <w:rsid w:val="00E92F10"/>
    <w:rsid w:val="00EA6BC5"/>
    <w:rsid w:val="00F110BC"/>
    <w:rsid w:val="00FC693F"/>
    <w:rsid w:val="196A0997"/>
    <w:rsid w:val="2CAFF414"/>
    <w:rsid w:val="34490A53"/>
    <w:rsid w:val="3B379395"/>
    <w:rsid w:val="4C8AA3B1"/>
    <w:rsid w:val="6881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68C312"/>
  <w14:defaultImageDpi w14:val="300"/>
  <w15:docId w15:val="{7BD640A8-6FB9-2449-A37C-9E66DECD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86A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 Ros Sarina</cp:lastModifiedBy>
  <cp:revision>3</cp:revision>
  <dcterms:created xsi:type="dcterms:W3CDTF">2026-09-03T20:02:00Z</dcterms:created>
  <dcterms:modified xsi:type="dcterms:W3CDTF">2026-09-03T20:04:00Z</dcterms:modified>
  <cp:category/>
</cp:coreProperties>
</file>