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246248" w14:textId="76DF2024" w:rsidR="007F3D97" w:rsidRPr="004D3EF8" w:rsidRDefault="00686A7E" w:rsidP="004D3EF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5" w:after="75" w:line="335" w:lineRule="auto"/>
        <w:rPr>
          <w:b/>
          <w:color w:val="111111"/>
          <w:sz w:val="26"/>
          <w:szCs w:val="26"/>
          <w:lang w:val="de-CH"/>
        </w:rPr>
      </w:pPr>
      <w:r>
        <w:rPr>
          <w:b/>
          <w:color w:val="111111"/>
          <w:sz w:val="26"/>
          <w:szCs w:val="26"/>
          <w:lang w:val="de-CH"/>
        </w:rPr>
        <w:t>Datenschutz</w:t>
      </w:r>
    </w:p>
    <w:p w14:paraId="1292EEBE" w14:textId="550CF33A" w:rsidR="00686A7E" w:rsidRPr="00686A7E" w:rsidRDefault="00686A7E" w:rsidP="00686A7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5" w:after="75" w:line="335" w:lineRule="auto"/>
        <w:rPr>
          <w:rFonts w:eastAsia="Arial" w:cs="Arial"/>
          <w:color w:val="000000"/>
          <w:sz w:val="18"/>
          <w:szCs w:val="18"/>
          <w:lang w:val="de-CH"/>
        </w:rPr>
      </w:pPr>
      <w:r w:rsidRPr="00686A7E">
        <w:rPr>
          <w:rFonts w:eastAsia="Arial" w:cs="Arial"/>
          <w:color w:val="000000"/>
          <w:sz w:val="18"/>
          <w:szCs w:val="18"/>
          <w:lang w:val="de-CH"/>
        </w:rPr>
        <w:t>Raumwerk3 GmbH</w:t>
      </w:r>
      <w:r>
        <w:rPr>
          <w:rFonts w:eastAsia="Arial" w:cs="Arial"/>
          <w:color w:val="000000"/>
          <w:sz w:val="18"/>
          <w:szCs w:val="18"/>
          <w:lang w:val="de-CH"/>
        </w:rPr>
        <w:br/>
      </w:r>
      <w:proofErr w:type="spellStart"/>
      <w:r w:rsidRPr="00686A7E">
        <w:rPr>
          <w:rFonts w:eastAsia="Arial" w:cs="Arial"/>
          <w:color w:val="000000"/>
          <w:sz w:val="18"/>
          <w:szCs w:val="18"/>
          <w:lang w:val="de-CH"/>
        </w:rPr>
        <w:t>Badenerstrasse</w:t>
      </w:r>
      <w:proofErr w:type="spellEnd"/>
      <w:r w:rsidRPr="00686A7E">
        <w:rPr>
          <w:rFonts w:eastAsia="Arial" w:cs="Arial"/>
          <w:color w:val="000000"/>
          <w:sz w:val="18"/>
          <w:szCs w:val="18"/>
          <w:lang w:val="de-CH"/>
        </w:rPr>
        <w:t xml:space="preserve"> 18</w:t>
      </w:r>
      <w:r>
        <w:rPr>
          <w:rFonts w:eastAsia="Arial" w:cs="Arial"/>
          <w:color w:val="000000"/>
          <w:sz w:val="18"/>
          <w:szCs w:val="18"/>
          <w:lang w:val="de-CH"/>
        </w:rPr>
        <w:br/>
      </w:r>
      <w:r w:rsidRPr="00686A7E">
        <w:rPr>
          <w:rFonts w:eastAsia="Arial" w:cs="Arial"/>
          <w:color w:val="000000"/>
          <w:sz w:val="18"/>
          <w:szCs w:val="18"/>
          <w:lang w:val="de-CH"/>
        </w:rPr>
        <w:t>8004 Zürich</w:t>
      </w:r>
      <w:r>
        <w:rPr>
          <w:rFonts w:eastAsia="Arial" w:cs="Arial"/>
          <w:color w:val="000000"/>
          <w:sz w:val="18"/>
          <w:szCs w:val="18"/>
          <w:lang w:val="de-CH"/>
        </w:rPr>
        <w:br/>
      </w:r>
      <w:r w:rsidRPr="00686A7E">
        <w:rPr>
          <w:rFonts w:eastAsia="Arial" w:cs="Arial"/>
          <w:color w:val="000000"/>
          <w:sz w:val="18"/>
          <w:szCs w:val="18"/>
          <w:lang w:val="de-CH"/>
        </w:rPr>
        <w:t>Schweiz</w:t>
      </w:r>
    </w:p>
    <w:p w14:paraId="3779111F" w14:textId="510B13AC" w:rsidR="00686A7E" w:rsidRPr="00686A7E" w:rsidRDefault="00686A7E" w:rsidP="00686A7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5" w:after="75" w:line="335" w:lineRule="auto"/>
        <w:rPr>
          <w:rFonts w:eastAsia="Arial" w:cs="Arial"/>
          <w:color w:val="000000"/>
          <w:sz w:val="18"/>
          <w:szCs w:val="18"/>
          <w:lang w:val="it-CH"/>
        </w:rPr>
      </w:pPr>
      <w:r w:rsidRPr="00686A7E">
        <w:rPr>
          <w:rFonts w:eastAsia="Arial" w:cs="Arial"/>
          <w:color w:val="000000"/>
          <w:sz w:val="18"/>
          <w:szCs w:val="18"/>
          <w:lang w:val="it-CH"/>
        </w:rPr>
        <w:t xml:space="preserve">E-Mail: </w:t>
      </w:r>
      <w:r>
        <w:rPr>
          <w:rFonts w:eastAsia="Arial" w:cs="Arial"/>
          <w:color w:val="000000"/>
          <w:sz w:val="18"/>
          <w:szCs w:val="18"/>
          <w:lang w:val="it-CH"/>
        </w:rPr>
        <w:fldChar w:fldCharType="begin"/>
      </w:r>
      <w:r>
        <w:rPr>
          <w:rFonts w:eastAsia="Arial" w:cs="Arial"/>
          <w:color w:val="000000"/>
          <w:sz w:val="18"/>
          <w:szCs w:val="18"/>
          <w:lang w:val="it-CH"/>
        </w:rPr>
        <w:instrText>HYPERLINK "mailto:</w:instrText>
      </w:r>
      <w:r w:rsidRPr="00686A7E">
        <w:rPr>
          <w:rFonts w:eastAsia="Arial" w:cs="Arial"/>
          <w:color w:val="000000"/>
          <w:sz w:val="18"/>
          <w:szCs w:val="18"/>
          <w:lang w:val="it-CH"/>
        </w:rPr>
        <w:instrText>hello@raumwerk3.ch</w:instrText>
      </w:r>
      <w:r>
        <w:rPr>
          <w:rFonts w:eastAsia="Arial" w:cs="Arial"/>
          <w:color w:val="000000"/>
          <w:sz w:val="18"/>
          <w:szCs w:val="18"/>
          <w:lang w:val="it-CH"/>
        </w:rPr>
        <w:instrText>"</w:instrText>
      </w:r>
      <w:r>
        <w:rPr>
          <w:rFonts w:eastAsia="Arial" w:cs="Arial"/>
          <w:color w:val="000000"/>
          <w:sz w:val="18"/>
          <w:szCs w:val="18"/>
          <w:lang w:val="it-CH"/>
        </w:rPr>
        <w:fldChar w:fldCharType="separate"/>
      </w:r>
      <w:r w:rsidRPr="001D7FBC">
        <w:rPr>
          <w:rStyle w:val="Hyperlink"/>
          <w:rFonts w:eastAsia="Arial" w:cs="Arial"/>
          <w:sz w:val="18"/>
          <w:szCs w:val="18"/>
          <w:lang w:val="it-CH"/>
        </w:rPr>
        <w:t>hello@raumwerk3.ch</w:t>
      </w:r>
      <w:r>
        <w:rPr>
          <w:rFonts w:eastAsia="Arial" w:cs="Arial"/>
          <w:color w:val="000000"/>
          <w:sz w:val="18"/>
          <w:szCs w:val="18"/>
          <w:lang w:val="it-CH"/>
        </w:rPr>
        <w:fldChar w:fldCharType="end"/>
      </w:r>
      <w:r>
        <w:rPr>
          <w:rFonts w:eastAsia="Arial" w:cs="Arial"/>
          <w:color w:val="000000"/>
          <w:sz w:val="18"/>
          <w:szCs w:val="18"/>
          <w:lang w:val="it-CH"/>
        </w:rPr>
        <w:br/>
      </w:r>
      <w:r w:rsidRPr="00686A7E">
        <w:rPr>
          <w:rFonts w:eastAsia="Arial" w:cs="Arial"/>
          <w:color w:val="000000"/>
          <w:sz w:val="18"/>
          <w:szCs w:val="18"/>
          <w:lang w:val="it-CH"/>
        </w:rPr>
        <w:t>Telefon: +41 44 555 32 10</w:t>
      </w:r>
    </w:p>
    <w:p w14:paraId="3A9297B9" w14:textId="77777777" w:rsidR="00686A7E" w:rsidRPr="00686A7E" w:rsidRDefault="00686A7E" w:rsidP="00686A7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5" w:after="75" w:line="335" w:lineRule="auto"/>
        <w:rPr>
          <w:rFonts w:eastAsia="Arial" w:cs="Arial"/>
          <w:color w:val="000000"/>
          <w:sz w:val="18"/>
          <w:szCs w:val="18"/>
          <w:lang w:val="it-CH"/>
        </w:rPr>
      </w:pPr>
    </w:p>
    <w:p w14:paraId="21D7B0F5" w14:textId="7612C432" w:rsidR="00686A7E" w:rsidRPr="00686A7E" w:rsidRDefault="00686A7E" w:rsidP="00686A7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5" w:after="75" w:line="335" w:lineRule="auto"/>
        <w:rPr>
          <w:rFonts w:eastAsia="Arial" w:cs="Arial"/>
          <w:b/>
          <w:bCs/>
          <w:color w:val="000000"/>
          <w:sz w:val="18"/>
          <w:szCs w:val="18"/>
          <w:lang w:val="de-CH"/>
        </w:rPr>
      </w:pPr>
      <w:r w:rsidRPr="00686A7E">
        <w:rPr>
          <w:rFonts w:eastAsia="Arial" w:cs="Arial"/>
          <w:b/>
          <w:bCs/>
          <w:color w:val="000000"/>
          <w:sz w:val="18"/>
          <w:szCs w:val="18"/>
          <w:lang w:val="de-CH"/>
        </w:rPr>
        <w:t>Welche Daten werden erhoben?</w:t>
      </w:r>
      <w:r>
        <w:rPr>
          <w:rFonts w:eastAsia="Arial" w:cs="Arial"/>
          <w:b/>
          <w:bCs/>
          <w:color w:val="000000"/>
          <w:sz w:val="18"/>
          <w:szCs w:val="18"/>
          <w:lang w:val="de-CH"/>
        </w:rPr>
        <w:br/>
      </w:r>
      <w:r w:rsidRPr="00686A7E">
        <w:rPr>
          <w:rFonts w:eastAsia="Arial" w:cs="Arial"/>
          <w:color w:val="000000"/>
          <w:sz w:val="18"/>
          <w:szCs w:val="18"/>
          <w:lang w:val="de-CH"/>
        </w:rPr>
        <w:t>Diese Website erhebt grundsätzlich nur die Daten, die für den Betrieb notwendig sind, z. B. technische Server-Logs. Wir erheben darüber hinaus keine personenbezogenen Daten, sofern ihr uns diese nicht freiwillig zur Verfügung stellt.</w:t>
      </w:r>
    </w:p>
    <w:p w14:paraId="1DD7A7B7" w14:textId="18EFE721" w:rsidR="00686A7E" w:rsidRPr="00686A7E" w:rsidRDefault="00686A7E" w:rsidP="00686A7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5" w:after="75" w:line="335" w:lineRule="auto"/>
        <w:rPr>
          <w:rFonts w:eastAsia="Arial" w:cs="Arial"/>
          <w:b/>
          <w:bCs/>
          <w:color w:val="000000"/>
          <w:sz w:val="18"/>
          <w:szCs w:val="18"/>
          <w:lang w:val="de-CH"/>
        </w:rPr>
      </w:pPr>
      <w:r w:rsidRPr="00686A7E">
        <w:rPr>
          <w:rFonts w:eastAsia="Arial" w:cs="Arial"/>
          <w:b/>
          <w:bCs/>
          <w:color w:val="000000"/>
          <w:sz w:val="18"/>
          <w:szCs w:val="18"/>
          <w:lang w:val="de-CH"/>
        </w:rPr>
        <w:t>Kontaktaufnahme</w:t>
      </w:r>
      <w:r>
        <w:rPr>
          <w:rFonts w:eastAsia="Arial" w:cs="Arial"/>
          <w:b/>
          <w:bCs/>
          <w:color w:val="000000"/>
          <w:sz w:val="18"/>
          <w:szCs w:val="18"/>
          <w:lang w:val="de-CH"/>
        </w:rPr>
        <w:br/>
      </w:r>
      <w:r w:rsidRPr="00686A7E">
        <w:rPr>
          <w:rFonts w:eastAsia="Arial" w:cs="Arial"/>
          <w:color w:val="000000"/>
          <w:sz w:val="18"/>
          <w:szCs w:val="18"/>
          <w:lang w:val="de-CH"/>
        </w:rPr>
        <w:t>Wenn ihr uns per E-Mail kontaktiert, werden die von euch übermittelten Angaben, insbesondere eure E-Mail-Adresse und der Inhalt eurer Nachricht, zum Zweck der Bearbeitung der Anfrage verarbeitet.</w:t>
      </w:r>
      <w:r>
        <w:rPr>
          <w:rFonts w:eastAsia="Arial" w:cs="Arial"/>
          <w:b/>
          <w:bCs/>
          <w:color w:val="000000"/>
          <w:sz w:val="18"/>
          <w:szCs w:val="18"/>
          <w:lang w:val="de-CH"/>
        </w:rPr>
        <w:br/>
      </w:r>
      <w:r w:rsidRPr="00686A7E">
        <w:rPr>
          <w:rFonts w:eastAsia="Arial" w:cs="Arial"/>
          <w:color w:val="000000"/>
          <w:sz w:val="18"/>
          <w:szCs w:val="18"/>
          <w:lang w:val="de-CH"/>
        </w:rPr>
        <w:t>Diese Daten werden nicht ohne eure Zustimmung an Dritte weitergegeben.</w:t>
      </w:r>
    </w:p>
    <w:p w14:paraId="5076FB75" w14:textId="4F836F42" w:rsidR="00686A7E" w:rsidRPr="00686A7E" w:rsidRDefault="00686A7E" w:rsidP="00686A7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5" w:after="75" w:line="335" w:lineRule="auto"/>
        <w:rPr>
          <w:rFonts w:eastAsia="Arial" w:cs="Arial"/>
          <w:b/>
          <w:bCs/>
          <w:color w:val="000000"/>
          <w:sz w:val="18"/>
          <w:szCs w:val="18"/>
          <w:lang w:val="de-CH"/>
        </w:rPr>
      </w:pPr>
      <w:r w:rsidRPr="00686A7E">
        <w:rPr>
          <w:rFonts w:eastAsia="Arial" w:cs="Arial"/>
          <w:b/>
          <w:bCs/>
          <w:color w:val="000000"/>
          <w:sz w:val="18"/>
          <w:szCs w:val="18"/>
          <w:lang w:val="de-CH"/>
        </w:rPr>
        <w:t xml:space="preserve">Cookies </w:t>
      </w:r>
      <w:r>
        <w:rPr>
          <w:rFonts w:eastAsia="Arial" w:cs="Arial"/>
          <w:b/>
          <w:bCs/>
          <w:color w:val="000000"/>
          <w:sz w:val="18"/>
          <w:szCs w:val="18"/>
          <w:lang w:val="de-CH"/>
        </w:rPr>
        <w:br/>
      </w:r>
      <w:proofErr w:type="spellStart"/>
      <w:r w:rsidRPr="00686A7E">
        <w:rPr>
          <w:rFonts w:eastAsia="Arial" w:cs="Arial"/>
          <w:color w:val="000000"/>
          <w:sz w:val="18"/>
          <w:szCs w:val="18"/>
          <w:lang w:val="de-CH"/>
        </w:rPr>
        <w:t>Unsere</w:t>
      </w:r>
      <w:proofErr w:type="spellEnd"/>
      <w:r w:rsidRPr="00686A7E">
        <w:rPr>
          <w:rFonts w:eastAsia="Arial" w:cs="Arial"/>
          <w:color w:val="000000"/>
          <w:sz w:val="18"/>
          <w:szCs w:val="18"/>
          <w:lang w:val="de-CH"/>
        </w:rPr>
        <w:t xml:space="preserve"> Website verwendet grundsätzlich keine Cookies zu Werbe- oder Analysezwecken.</w:t>
      </w:r>
      <w:r>
        <w:rPr>
          <w:rFonts w:eastAsia="Arial" w:cs="Arial"/>
          <w:b/>
          <w:bCs/>
          <w:color w:val="000000"/>
          <w:sz w:val="18"/>
          <w:szCs w:val="18"/>
          <w:lang w:val="de-CH"/>
        </w:rPr>
        <w:br/>
      </w:r>
      <w:r w:rsidRPr="00686A7E">
        <w:rPr>
          <w:rFonts w:eastAsia="Arial" w:cs="Arial"/>
          <w:color w:val="000000"/>
          <w:sz w:val="18"/>
          <w:szCs w:val="18"/>
          <w:lang w:val="de-CH"/>
        </w:rPr>
        <w:t xml:space="preserve">Bestimmte Funktionen der Website können technische Speichermechanismen des Browsers verwenden. Beispielsweise kann die Auswahl des Dark- oder Light-Modes lokal im Browser gespeichert werden. Hierfür kann der sogenannte </w:t>
      </w:r>
      <w:proofErr w:type="spellStart"/>
      <w:r w:rsidRPr="00686A7E">
        <w:rPr>
          <w:rFonts w:eastAsia="Arial" w:cs="Arial"/>
          <w:color w:val="000000"/>
          <w:sz w:val="18"/>
          <w:szCs w:val="18"/>
          <w:lang w:val="de-CH"/>
        </w:rPr>
        <w:t>localStorage</w:t>
      </w:r>
      <w:proofErr w:type="spellEnd"/>
      <w:r w:rsidRPr="00686A7E">
        <w:rPr>
          <w:rFonts w:eastAsia="Arial" w:cs="Arial"/>
          <w:color w:val="000000"/>
          <w:sz w:val="18"/>
          <w:szCs w:val="18"/>
          <w:lang w:val="de-CH"/>
        </w:rPr>
        <w:t xml:space="preserve"> verwendet werden.</w:t>
      </w:r>
      <w:r>
        <w:rPr>
          <w:rFonts w:eastAsia="Arial" w:cs="Arial"/>
          <w:b/>
          <w:bCs/>
          <w:color w:val="000000"/>
          <w:sz w:val="18"/>
          <w:szCs w:val="18"/>
          <w:lang w:val="de-CH"/>
        </w:rPr>
        <w:br/>
      </w:r>
      <w:r w:rsidRPr="00686A7E">
        <w:rPr>
          <w:rFonts w:eastAsia="Arial" w:cs="Arial"/>
          <w:color w:val="000000"/>
          <w:sz w:val="18"/>
          <w:szCs w:val="18"/>
          <w:lang w:val="de-CH"/>
        </w:rPr>
        <w:t>Die dort gespeicherten Informationen werden nicht an uns übertragen und dienen ausschliesslich dazu, eure persönliche Darstellungseinstellung beim nächsten Besuch beizubehalten.</w:t>
      </w:r>
    </w:p>
    <w:p w14:paraId="76920958" w14:textId="4B10B2C3" w:rsidR="00686A7E" w:rsidRPr="00686A7E" w:rsidRDefault="00686A7E" w:rsidP="00686A7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5" w:after="75" w:line="335" w:lineRule="auto"/>
        <w:rPr>
          <w:rFonts w:eastAsia="Arial" w:cs="Arial"/>
          <w:b/>
          <w:bCs/>
          <w:color w:val="000000"/>
          <w:sz w:val="18"/>
          <w:szCs w:val="18"/>
          <w:lang w:val="de-CH"/>
        </w:rPr>
      </w:pPr>
      <w:r w:rsidRPr="00686A7E">
        <w:rPr>
          <w:rFonts w:eastAsia="Arial" w:cs="Arial"/>
          <w:b/>
          <w:bCs/>
          <w:color w:val="000000"/>
          <w:sz w:val="18"/>
          <w:szCs w:val="18"/>
          <w:lang w:val="de-CH"/>
        </w:rPr>
        <w:t>Eure Rechte</w:t>
      </w:r>
      <w:r>
        <w:rPr>
          <w:rFonts w:eastAsia="Arial" w:cs="Arial"/>
          <w:b/>
          <w:bCs/>
          <w:color w:val="000000"/>
          <w:sz w:val="18"/>
          <w:szCs w:val="18"/>
          <w:lang w:val="de-CH"/>
        </w:rPr>
        <w:br/>
      </w:r>
      <w:r w:rsidRPr="00686A7E">
        <w:rPr>
          <w:rFonts w:eastAsia="Arial" w:cs="Arial"/>
          <w:color w:val="000000"/>
          <w:sz w:val="18"/>
          <w:szCs w:val="18"/>
          <w:lang w:val="de-CH"/>
        </w:rPr>
        <w:t>Ihr habt das Recht auf Auskunft, Berichtigung und Löschung eurer Daten. Wendet euch dazu an: hello@raumwerk3.ch</w:t>
      </w:r>
    </w:p>
    <w:p w14:paraId="74786803" w14:textId="5817791E" w:rsidR="00686A7E" w:rsidRPr="00686A7E" w:rsidRDefault="00686A7E" w:rsidP="00686A7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5" w:after="75" w:line="335" w:lineRule="auto"/>
        <w:rPr>
          <w:rFonts w:eastAsia="Arial" w:cs="Arial"/>
          <w:b/>
          <w:bCs/>
          <w:color w:val="000000"/>
          <w:sz w:val="18"/>
          <w:szCs w:val="18"/>
          <w:lang w:val="de-CH"/>
        </w:rPr>
      </w:pPr>
      <w:r w:rsidRPr="00686A7E">
        <w:rPr>
          <w:rFonts w:eastAsia="Arial" w:cs="Arial"/>
          <w:b/>
          <w:bCs/>
          <w:color w:val="000000"/>
          <w:sz w:val="18"/>
          <w:szCs w:val="18"/>
          <w:lang w:val="de-CH"/>
        </w:rPr>
        <w:t>Kontakt</w:t>
      </w:r>
      <w:r>
        <w:rPr>
          <w:rFonts w:eastAsia="Arial" w:cs="Arial"/>
          <w:b/>
          <w:bCs/>
          <w:color w:val="000000"/>
          <w:sz w:val="18"/>
          <w:szCs w:val="18"/>
          <w:lang w:val="de-CH"/>
        </w:rPr>
        <w:br/>
      </w:r>
      <w:r w:rsidRPr="00686A7E">
        <w:rPr>
          <w:rFonts w:eastAsia="Arial" w:cs="Arial"/>
          <w:color w:val="000000"/>
          <w:sz w:val="18"/>
          <w:szCs w:val="18"/>
          <w:lang w:val="de-CH"/>
        </w:rPr>
        <w:t>Bei Fragen zum Datenschutz erreicht ihr uns unter hello@raumwerk3.ch</w:t>
      </w:r>
    </w:p>
    <w:p w14:paraId="48E0C567" w14:textId="68A56921" w:rsidR="007F3D97" w:rsidRPr="003F462B" w:rsidRDefault="007F3D97" w:rsidP="00686A7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5" w:after="75" w:line="335" w:lineRule="auto"/>
        <w:rPr>
          <w:b/>
          <w:color w:val="555555"/>
          <w:sz w:val="18"/>
          <w:szCs w:val="18"/>
          <w:lang w:val="de-CH"/>
        </w:rPr>
      </w:pPr>
    </w:p>
    <w:sectPr w:rsidR="007F3D97" w:rsidRPr="003F462B" w:rsidSect="00034616">
      <w:headerReference w:type="default" r:id="rId8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F00DFF8" w14:textId="77777777" w:rsidR="0012406E" w:rsidRDefault="0012406E" w:rsidP="009626C3">
      <w:pPr>
        <w:spacing w:after="0" w:line="240" w:lineRule="auto"/>
      </w:pPr>
      <w:r>
        <w:separator/>
      </w:r>
    </w:p>
  </w:endnote>
  <w:endnote w:type="continuationSeparator" w:id="0">
    <w:p w14:paraId="542E86DE" w14:textId="77777777" w:rsidR="0012406E" w:rsidRDefault="0012406E" w:rsidP="009626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7D3B71B" w14:textId="77777777" w:rsidR="0012406E" w:rsidRDefault="0012406E" w:rsidP="009626C3">
      <w:pPr>
        <w:spacing w:after="0" w:line="240" w:lineRule="auto"/>
      </w:pPr>
      <w:r>
        <w:separator/>
      </w:r>
    </w:p>
  </w:footnote>
  <w:footnote w:type="continuationSeparator" w:id="0">
    <w:p w14:paraId="63FD7407" w14:textId="77777777" w:rsidR="0012406E" w:rsidRDefault="0012406E" w:rsidP="009626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8BB50D" w14:textId="752AD4B1" w:rsidR="009626C3" w:rsidRDefault="009626C3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72E887C" wp14:editId="53AB1C9F">
          <wp:simplePos x="0" y="0"/>
          <wp:positionH relativeFrom="column">
            <wp:posOffset>0</wp:posOffset>
          </wp:positionH>
          <wp:positionV relativeFrom="paragraph">
            <wp:posOffset>-217715</wp:posOffset>
          </wp:positionV>
          <wp:extent cx="1654629" cy="372430"/>
          <wp:effectExtent l="0" t="0" r="0" b="0"/>
          <wp:wrapNone/>
          <wp:docPr id="157674703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6747039" name="Picture 15767470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4629" cy="372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24430692">
    <w:abstractNumId w:val="8"/>
  </w:num>
  <w:num w:numId="2" w16cid:durableId="1917474955">
    <w:abstractNumId w:val="6"/>
  </w:num>
  <w:num w:numId="3" w16cid:durableId="205214353">
    <w:abstractNumId w:val="5"/>
  </w:num>
  <w:num w:numId="4" w16cid:durableId="1536235106">
    <w:abstractNumId w:val="4"/>
  </w:num>
  <w:num w:numId="5" w16cid:durableId="1755200802">
    <w:abstractNumId w:val="7"/>
  </w:num>
  <w:num w:numId="6" w16cid:durableId="830561044">
    <w:abstractNumId w:val="3"/>
  </w:num>
  <w:num w:numId="7" w16cid:durableId="2130853175">
    <w:abstractNumId w:val="2"/>
  </w:num>
  <w:num w:numId="8" w16cid:durableId="814034384">
    <w:abstractNumId w:val="1"/>
  </w:num>
  <w:num w:numId="9" w16cid:durableId="35994130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406E"/>
    <w:rsid w:val="0015074B"/>
    <w:rsid w:val="0017098B"/>
    <w:rsid w:val="00187D09"/>
    <w:rsid w:val="0029639D"/>
    <w:rsid w:val="002C0789"/>
    <w:rsid w:val="00326F90"/>
    <w:rsid w:val="003F462B"/>
    <w:rsid w:val="00403853"/>
    <w:rsid w:val="004D3EF8"/>
    <w:rsid w:val="00686A7E"/>
    <w:rsid w:val="007A7DD1"/>
    <w:rsid w:val="007D2910"/>
    <w:rsid w:val="007F3D97"/>
    <w:rsid w:val="009626C3"/>
    <w:rsid w:val="009C51E6"/>
    <w:rsid w:val="00A55CAF"/>
    <w:rsid w:val="00A67D1C"/>
    <w:rsid w:val="00AA1D8D"/>
    <w:rsid w:val="00B47730"/>
    <w:rsid w:val="00B5018B"/>
    <w:rsid w:val="00C271F4"/>
    <w:rsid w:val="00CB0664"/>
    <w:rsid w:val="00DF239A"/>
    <w:rsid w:val="00E22755"/>
    <w:rsid w:val="00E46A6D"/>
    <w:rsid w:val="00E92F10"/>
    <w:rsid w:val="00EA6BC5"/>
    <w:rsid w:val="00F110BC"/>
    <w:rsid w:val="00FC693F"/>
    <w:rsid w:val="196A0997"/>
    <w:rsid w:val="2CAFF414"/>
    <w:rsid w:val="34490A53"/>
    <w:rsid w:val="3B379395"/>
    <w:rsid w:val="4C8AA3B1"/>
    <w:rsid w:val="6881B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968C312"/>
  <w14:defaultImageDpi w14:val="300"/>
  <w15:docId w15:val="{7BD640A8-6FB9-2449-A37C-9E66DECDA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333333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686A7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6A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 Ros Sarina</cp:lastModifiedBy>
  <cp:revision>3</cp:revision>
  <dcterms:created xsi:type="dcterms:W3CDTF">2026-09-03T19:56:00Z</dcterms:created>
  <dcterms:modified xsi:type="dcterms:W3CDTF">2026-09-03T19:58:00Z</dcterms:modified>
  <cp:category/>
</cp:coreProperties>
</file>